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310"/>
        <w:ind w:left="0" w:right="0"/>
      </w:pPr>
    </w:p>
    <w:p>
      <w:pPr>
        <w:autoSpaceDN w:val="0"/>
        <w:autoSpaceDE w:val="0"/>
        <w:widowControl/>
        <w:spacing w:line="137" w:lineRule="auto" w:before="0" w:after="0"/>
        <w:ind w:left="0" w:right="0" w:firstLine="0"/>
        <w:jc w:val="left"/>
      </w:pPr>
      <w:r>
        <w:rPr>
          <w:rFonts w:ascii="Arial Unicode MS" w:hAnsi="Arial Unicode MS" w:eastAsia="Arial Unicode MS"/>
          <w:b w:val="0"/>
          <w:i w:val="0"/>
          <w:color w:val="000000"/>
          <w:sz w:val="44"/>
        </w:rPr>
        <w:t>文档整理工作坊通知</w:t>
      </w:r>
    </w:p>
    <w:p>
      <w:pPr>
        <w:autoSpaceDN w:val="0"/>
        <w:autoSpaceDE w:val="0"/>
        <w:widowControl/>
        <w:spacing w:line="137" w:lineRule="auto" w:before="286" w:after="0"/>
        <w:ind w:left="0" w:right="0" w:firstLine="0"/>
        <w:jc w:val="left"/>
      </w:pPr>
      <w:r>
        <w:rPr>
          <w:rFonts w:ascii="Arial Unicode MS" w:hAnsi="Arial Unicode MS" w:eastAsia="Arial Unicode MS"/>
          <w:b w:val="0"/>
          <w:i w:val="0"/>
          <w:color w:val="58616F"/>
          <w:sz w:val="20"/>
        </w:rPr>
        <w:t>轻文档自制样例 · 仅用于展示 PDF 转 Word 的实际效果</w:t>
      </w:r>
    </w:p>
    <w:p>
      <w:pPr>
        <w:autoSpaceDN w:val="0"/>
        <w:autoSpaceDE w:val="0"/>
        <w:widowControl/>
        <w:spacing w:line="245" w:lineRule="auto" w:before="690" w:after="0"/>
        <w:ind w:left="0" w:right="2304" w:firstLine="0"/>
        <w:jc w:val="left"/>
      </w:pPr>
      <w:r>
        <w:rPr>
          <w:rFonts w:ascii="Arial Unicode MS" w:hAnsi="Arial Unicode MS" w:eastAsia="Arial Unicode MS"/>
          <w:b w:val="0"/>
          <w:i w:val="0"/>
          <w:color w:val="000000"/>
          <w:sz w:val="24"/>
        </w:rPr>
        <w:t>本通知为虚构的演示材料，用于检查中文标题、正文、日期和条目</w:t>
      </w:r>
      <w:r>
        <w:rPr>
          <w:rFonts w:ascii="Arial Unicode MS" w:hAnsi="Arial Unicode MS" w:eastAsia="Arial Unicode MS"/>
          <w:b w:val="0"/>
          <w:i w:val="0"/>
          <w:color w:val="000000"/>
          <w:sz w:val="24"/>
        </w:rPr>
        <w:t>转换为 Word 后是否完整，所有内容均可复制与编辑。</w:t>
      </w:r>
    </w:p>
    <w:p>
      <w:pPr>
        <w:autoSpaceDN w:val="0"/>
        <w:autoSpaceDE w:val="0"/>
        <w:widowControl/>
        <w:spacing w:line="137" w:lineRule="auto" w:before="554" w:after="0"/>
        <w:ind w:left="0" w:right="0" w:firstLine="0"/>
        <w:jc w:val="left"/>
      </w:pPr>
      <w:r>
        <w:rPr>
          <w:rFonts w:ascii="Arial Unicode MS" w:hAnsi="Arial Unicode MS" w:eastAsia="Arial Unicode MS"/>
          <w:b w:val="0"/>
          <w:i w:val="0"/>
          <w:color w:val="000000"/>
          <w:sz w:val="30"/>
        </w:rPr>
        <w:t>一、活动安排</w:t>
      </w:r>
    </w:p>
    <w:p>
      <w:pPr>
        <w:autoSpaceDN w:val="0"/>
        <w:autoSpaceDE w:val="0"/>
        <w:widowControl/>
        <w:spacing w:line="245" w:lineRule="auto" w:before="506" w:after="0"/>
        <w:ind w:left="0" w:right="4464" w:firstLine="0"/>
        <w:jc w:val="left"/>
      </w:pPr>
      <w:r>
        <w:rPr>
          <w:rFonts w:ascii="Arial Unicode MS" w:hAnsi="Arial Unicode MS" w:eastAsia="Arial Unicode MS"/>
          <w:b w:val="0"/>
          <w:i w:val="0"/>
          <w:color w:val="000000"/>
          <w:sz w:val="24"/>
        </w:rPr>
        <w:t>时间：2026 年 10 月 20 日 14:00 至 16:00</w:t>
      </w:r>
      <w:r>
        <w:rPr>
          <w:rFonts w:ascii="Arial Unicode MS" w:hAnsi="Arial Unicode MS" w:eastAsia="Arial Unicode MS"/>
          <w:b w:val="0"/>
          <w:i w:val="0"/>
          <w:color w:val="000000"/>
          <w:sz w:val="24"/>
        </w:rPr>
        <w:t>地点：示例会议室 A</w:t>
      </w:r>
      <w:r>
        <w:br/>
      </w:r>
      <w:r>
        <w:rPr>
          <w:rFonts w:ascii="Arial Unicode MS" w:hAnsi="Arial Unicode MS" w:eastAsia="Arial Unicode MS"/>
          <w:b w:val="0"/>
          <w:i w:val="0"/>
          <w:color w:val="000000"/>
          <w:sz w:val="24"/>
        </w:rPr>
        <w:t>主题：把日常文档整理成清晰、可复用的资料</w:t>
      </w:r>
    </w:p>
    <w:p>
      <w:pPr>
        <w:autoSpaceDN w:val="0"/>
        <w:autoSpaceDE w:val="0"/>
        <w:widowControl/>
        <w:spacing w:line="137" w:lineRule="auto" w:before="554" w:after="0"/>
        <w:ind w:left="0" w:right="0" w:firstLine="0"/>
        <w:jc w:val="left"/>
      </w:pPr>
      <w:r>
        <w:rPr>
          <w:rFonts w:ascii="Arial Unicode MS" w:hAnsi="Arial Unicode MS" w:eastAsia="Arial Unicode MS"/>
          <w:b w:val="0"/>
          <w:i w:val="0"/>
          <w:color w:val="000000"/>
          <w:sz w:val="30"/>
        </w:rPr>
        <w:t>二、准备事项</w:t>
      </w:r>
    </w:p>
    <w:p>
      <w:pPr>
        <w:autoSpaceDN w:val="0"/>
        <w:autoSpaceDE w:val="0"/>
        <w:widowControl/>
        <w:spacing w:line="137" w:lineRule="auto" w:before="506" w:after="0"/>
        <w:ind w:left="0" w:right="0" w:firstLine="0"/>
        <w:jc w:val="left"/>
      </w:pPr>
      <w:r>
        <w:rPr>
          <w:rFonts w:ascii="Arial Unicode MS" w:hAnsi="Arial Unicode MS" w:eastAsia="Arial Unicode MS"/>
          <w:b w:val="0"/>
          <w:i w:val="0"/>
          <w:color w:val="000000"/>
          <w:sz w:val="24"/>
        </w:rPr>
        <w:t>1. 准备一份不含个人信息的文字型 PDF。</w:t>
      </w:r>
    </w:p>
    <w:p>
      <w:pPr>
        <w:autoSpaceDN w:val="0"/>
        <w:autoSpaceDE w:val="0"/>
        <w:widowControl/>
        <w:spacing w:line="137" w:lineRule="auto" w:before="240" w:after="0"/>
        <w:ind w:left="0" w:right="0" w:firstLine="0"/>
        <w:jc w:val="left"/>
      </w:pPr>
      <w:r>
        <w:rPr>
          <w:rFonts w:ascii="Arial Unicode MS" w:hAnsi="Arial Unicode MS" w:eastAsia="Arial Unicode MS"/>
          <w:b w:val="0"/>
          <w:i w:val="0"/>
          <w:color w:val="000000"/>
          <w:sz w:val="24"/>
        </w:rPr>
        <w:t>2. 提前确认可以选中并复制 PDF 中的文字。</w:t>
      </w:r>
    </w:p>
    <w:p>
      <w:pPr>
        <w:autoSpaceDN w:val="0"/>
        <w:autoSpaceDE w:val="0"/>
        <w:widowControl/>
        <w:spacing w:line="137" w:lineRule="auto" w:before="240" w:after="0"/>
        <w:ind w:left="0" w:right="0" w:firstLine="0"/>
        <w:jc w:val="left"/>
      </w:pPr>
      <w:r>
        <w:rPr>
          <w:rFonts w:ascii="Arial Unicode MS" w:hAnsi="Arial Unicode MS" w:eastAsia="Arial Unicode MS"/>
          <w:b w:val="0"/>
          <w:i w:val="0"/>
          <w:color w:val="000000"/>
          <w:sz w:val="24"/>
        </w:rPr>
        <w:t>3. 转换完成后，核对标题、日期、标点和段落顺序。</w:t>
      </w:r>
    </w:p>
    <w:p>
      <w:pPr>
        <w:autoSpaceDN w:val="0"/>
        <w:autoSpaceDE w:val="0"/>
        <w:widowControl/>
        <w:spacing w:line="137" w:lineRule="auto" w:before="554" w:after="0"/>
        <w:ind w:left="0" w:right="0" w:firstLine="0"/>
        <w:jc w:val="left"/>
      </w:pPr>
      <w:r>
        <w:rPr>
          <w:rFonts w:ascii="Arial Unicode MS" w:hAnsi="Arial Unicode MS" w:eastAsia="Arial Unicode MS"/>
          <w:b w:val="0"/>
          <w:i w:val="0"/>
          <w:color w:val="000000"/>
          <w:sz w:val="30"/>
        </w:rPr>
        <w:t>三、检查提示</w:t>
      </w:r>
    </w:p>
    <w:p>
      <w:pPr>
        <w:autoSpaceDN w:val="0"/>
        <w:autoSpaceDE w:val="0"/>
        <w:widowControl/>
        <w:spacing w:line="245" w:lineRule="auto" w:before="506" w:after="0"/>
        <w:ind w:left="0" w:right="2304" w:firstLine="0"/>
        <w:jc w:val="left"/>
      </w:pPr>
      <w:r>
        <w:rPr>
          <w:rFonts w:ascii="Arial Unicode MS" w:hAnsi="Arial Unicode MS" w:eastAsia="Arial Unicode MS"/>
          <w:b w:val="0"/>
          <w:i w:val="0"/>
          <w:color w:val="000000"/>
          <w:sz w:val="24"/>
        </w:rPr>
        <w:t>字体替换可能改变行宽和换行位置。请在 Word 中重新阅读全文，</w:t>
      </w:r>
      <w:r>
        <w:rPr>
          <w:rFonts w:ascii="Arial Unicode MS" w:hAnsi="Arial Unicode MS" w:eastAsia="Arial Unicode MS"/>
          <w:b w:val="0"/>
          <w:i w:val="0"/>
          <w:color w:val="000000"/>
          <w:sz w:val="24"/>
        </w:rPr>
        <w:t>再根据用途调整行距、缩进与分页。</w:t>
      </w:r>
    </w:p>
    <w:p>
      <w:pPr>
        <w:autoSpaceDN w:val="0"/>
        <w:autoSpaceDE w:val="0"/>
        <w:widowControl/>
        <w:spacing w:line="245" w:lineRule="auto" w:before="736" w:after="0"/>
        <w:ind w:left="0" w:right="7344" w:firstLine="0"/>
        <w:jc w:val="left"/>
      </w:pPr>
      <w:r>
        <w:rPr>
          <w:rFonts w:ascii="Arial Unicode MS" w:hAnsi="Arial Unicode MS" w:eastAsia="Arial Unicode MS"/>
          <w:b w:val="0"/>
          <w:i w:val="0"/>
          <w:color w:val="000000"/>
          <w:sz w:val="22"/>
        </w:rPr>
        <w:t>轻文档示例资料</w:t>
      </w:r>
      <w:r>
        <w:br/>
      </w:r>
      <w:r>
        <w:rPr>
          <w:rFonts w:ascii="Arial Unicode MS" w:hAnsi="Arial Unicode MS" w:eastAsia="Arial Unicode MS"/>
          <w:b w:val="0"/>
          <w:i w:val="0"/>
          <w:color w:val="000000"/>
          <w:sz w:val="22"/>
        </w:rPr>
        <w:t>2026 年 10 月 14 日</w:t>
      </w:r>
    </w:p>
    <w:sectPr w:rsidR="00FC693F" w:rsidRPr="0006063C" w:rsidSect="00034616">
      <w:pgSz w:w="11906" w:h="16838"/>
      <w:pgMar w:top="528" w:right="1440" w:bottom="1440" w:left="112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